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A210" w14:textId="77777777" w:rsidR="0083597C" w:rsidRPr="00457841" w:rsidRDefault="00000000" w:rsidP="00457841">
      <w:pPr>
        <w:spacing w:after="0"/>
        <w:jc w:val="center"/>
        <w:rPr>
          <w:sz w:val="28"/>
          <w:szCs w:val="28"/>
        </w:rPr>
      </w:pPr>
      <w:r w:rsidRPr="00457841">
        <w:rPr>
          <w:b/>
          <w:sz w:val="28"/>
          <w:szCs w:val="28"/>
        </w:rPr>
        <w:t>PHỤ LỤC 2</w:t>
      </w:r>
    </w:p>
    <w:p w14:paraId="7BF2015F" w14:textId="77777777" w:rsidR="0083597C" w:rsidRPr="00457841" w:rsidRDefault="00000000" w:rsidP="00457841">
      <w:pPr>
        <w:spacing w:after="0"/>
        <w:jc w:val="center"/>
        <w:rPr>
          <w:sz w:val="28"/>
          <w:szCs w:val="28"/>
        </w:rPr>
      </w:pPr>
      <w:r w:rsidRPr="00457841">
        <w:rPr>
          <w:b/>
          <w:sz w:val="28"/>
          <w:szCs w:val="28"/>
        </w:rPr>
        <w:t>DANH MỤC CÁC MÔN HỌC DÙNG XÉT TUYỂN TRÌNH ĐỘ THẠC SĨ</w:t>
      </w:r>
    </w:p>
    <w:p w14:paraId="0E2B973F" w14:textId="77777777" w:rsidR="0083597C" w:rsidRPr="00457841" w:rsidRDefault="00000000" w:rsidP="00457841">
      <w:pPr>
        <w:spacing w:after="0"/>
        <w:jc w:val="center"/>
        <w:rPr>
          <w:sz w:val="28"/>
          <w:szCs w:val="28"/>
        </w:rPr>
      </w:pPr>
      <w:r w:rsidRPr="00457841">
        <w:rPr>
          <w:b/>
          <w:sz w:val="28"/>
          <w:szCs w:val="28"/>
        </w:rPr>
        <w:t>NGÀNH TRUYỀN THÔNG ĐẠI CHÚNG</w:t>
      </w:r>
    </w:p>
    <w:p w14:paraId="3955F792" w14:textId="77777777" w:rsidR="0083597C" w:rsidRDefault="0083597C"/>
    <w:tbl>
      <w:tblPr>
        <w:tblW w:w="94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71"/>
        <w:gridCol w:w="850"/>
        <w:gridCol w:w="3827"/>
        <w:gridCol w:w="892"/>
      </w:tblGrid>
      <w:tr w:rsidR="00457841" w:rsidRPr="00A316A1" w14:paraId="2A10B640" w14:textId="77777777" w:rsidTr="00457841">
        <w:trPr>
          <w:jc w:val="center"/>
        </w:trPr>
        <w:tc>
          <w:tcPr>
            <w:tcW w:w="4721" w:type="dxa"/>
            <w:gridSpan w:val="2"/>
            <w:shd w:val="clear" w:color="auto" w:fill="EAF1DD" w:themeFill="accent3" w:themeFillTint="3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2A9B143" w14:textId="77777777" w:rsidR="00457841" w:rsidRPr="00A316A1" w:rsidRDefault="00457841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b/>
                <w:sz w:val="26"/>
                <w:szCs w:val="24"/>
              </w:rPr>
              <w:t>Môn Cơ sở ngành</w:t>
            </w:r>
            <w:r w:rsidRPr="00A316A1">
              <w:rPr>
                <w:b/>
                <w:sz w:val="26"/>
                <w:szCs w:val="24"/>
              </w:rPr>
              <w:br/>
              <w:t>(Chọn 1 trong 3 môn)</w:t>
            </w:r>
          </w:p>
        </w:tc>
        <w:tc>
          <w:tcPr>
            <w:tcW w:w="4719" w:type="dxa"/>
            <w:gridSpan w:val="2"/>
            <w:shd w:val="clear" w:color="auto" w:fill="EAF1DD" w:themeFill="accent3" w:themeFillTint="3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3024B55" w14:textId="77777777" w:rsidR="00457841" w:rsidRPr="00A316A1" w:rsidRDefault="00457841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b/>
                <w:sz w:val="26"/>
                <w:szCs w:val="24"/>
              </w:rPr>
              <w:t>Môn Chuyên ngành</w:t>
            </w:r>
            <w:r w:rsidRPr="00A316A1">
              <w:rPr>
                <w:b/>
                <w:sz w:val="26"/>
                <w:szCs w:val="24"/>
              </w:rPr>
              <w:br/>
              <w:t>(Chọn 1 trong 3 môn)</w:t>
            </w:r>
          </w:p>
        </w:tc>
      </w:tr>
      <w:tr w:rsidR="00457841" w:rsidRPr="00A316A1" w14:paraId="2FAA2658" w14:textId="77777777" w:rsidTr="00457841">
        <w:trPr>
          <w:jc w:val="center"/>
        </w:trPr>
        <w:tc>
          <w:tcPr>
            <w:tcW w:w="3871" w:type="dxa"/>
            <w:shd w:val="clear" w:color="auto" w:fill="EAF1DD" w:themeFill="accent3" w:themeFillTint="3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B977843" w14:textId="77777777" w:rsidR="00457841" w:rsidRPr="00A316A1" w:rsidRDefault="00457841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b/>
                <w:i/>
                <w:sz w:val="26"/>
                <w:szCs w:val="24"/>
              </w:rPr>
              <w:t>Tên môn học</w:t>
            </w:r>
          </w:p>
        </w:tc>
        <w:tc>
          <w:tcPr>
            <w:tcW w:w="850" w:type="dxa"/>
            <w:shd w:val="clear" w:color="auto" w:fill="EAF1DD" w:themeFill="accent3" w:themeFillTint="3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CED9309" w14:textId="77777777" w:rsidR="00457841" w:rsidRPr="00A316A1" w:rsidRDefault="00457841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b/>
                <w:i/>
                <w:sz w:val="26"/>
                <w:szCs w:val="24"/>
              </w:rPr>
              <w:t>Số TC</w:t>
            </w:r>
          </w:p>
        </w:tc>
        <w:tc>
          <w:tcPr>
            <w:tcW w:w="3827" w:type="dxa"/>
            <w:shd w:val="clear" w:color="auto" w:fill="EAF1DD" w:themeFill="accent3" w:themeFillTint="3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2E7AF1" w14:textId="77777777" w:rsidR="00457841" w:rsidRPr="00A316A1" w:rsidRDefault="00457841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b/>
                <w:i/>
                <w:sz w:val="26"/>
                <w:szCs w:val="24"/>
              </w:rPr>
              <w:t>Tên môn học</w:t>
            </w:r>
          </w:p>
        </w:tc>
        <w:tc>
          <w:tcPr>
            <w:tcW w:w="892" w:type="dxa"/>
            <w:shd w:val="clear" w:color="auto" w:fill="EAF1DD" w:themeFill="accent3" w:themeFillTint="33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F2F2BA4" w14:textId="77777777" w:rsidR="00457841" w:rsidRPr="00A316A1" w:rsidRDefault="00457841">
            <w:pPr>
              <w:spacing w:after="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b/>
                <w:i/>
                <w:sz w:val="26"/>
                <w:szCs w:val="24"/>
              </w:rPr>
              <w:t>Số TC</w:t>
            </w:r>
          </w:p>
        </w:tc>
      </w:tr>
      <w:tr w:rsidR="00457841" w:rsidRPr="00A316A1" w14:paraId="0F27E424" w14:textId="77777777" w:rsidTr="00457841">
        <w:trPr>
          <w:jc w:val="center"/>
        </w:trPr>
        <w:tc>
          <w:tcPr>
            <w:tcW w:w="387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3836A0E" w14:textId="77777777" w:rsidR="00457841" w:rsidRPr="00A316A1" w:rsidRDefault="00457841" w:rsidP="00A316A1">
            <w:pPr>
              <w:spacing w:before="120" w:after="120" w:line="240" w:lineRule="auto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Lý thuyết truyền thông</w:t>
            </w:r>
          </w:p>
        </w:tc>
        <w:tc>
          <w:tcPr>
            <w:tcW w:w="85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38877D9" w14:textId="77777777" w:rsidR="00457841" w:rsidRPr="00A316A1" w:rsidRDefault="00457841" w:rsidP="00A316A1">
            <w:pPr>
              <w:spacing w:before="120" w:after="12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3</w:t>
            </w:r>
          </w:p>
        </w:tc>
        <w:tc>
          <w:tcPr>
            <w:tcW w:w="3827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56A94BA" w14:textId="77777777" w:rsidR="00457841" w:rsidRPr="00A316A1" w:rsidRDefault="00457841" w:rsidP="00A316A1">
            <w:pPr>
              <w:spacing w:before="120" w:after="120" w:line="240" w:lineRule="auto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PR: Chiến lược và thực hành</w:t>
            </w:r>
          </w:p>
        </w:tc>
        <w:tc>
          <w:tcPr>
            <w:tcW w:w="8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4D875B1" w14:textId="77777777" w:rsidR="00457841" w:rsidRPr="00A316A1" w:rsidRDefault="00457841" w:rsidP="00A316A1">
            <w:pPr>
              <w:spacing w:before="120" w:after="12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3</w:t>
            </w:r>
          </w:p>
        </w:tc>
      </w:tr>
      <w:tr w:rsidR="00457841" w:rsidRPr="00A316A1" w14:paraId="70974AF0" w14:textId="77777777" w:rsidTr="00457841">
        <w:trPr>
          <w:jc w:val="center"/>
        </w:trPr>
        <w:tc>
          <w:tcPr>
            <w:tcW w:w="387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63871C5" w14:textId="77777777" w:rsidR="00457841" w:rsidRPr="00A316A1" w:rsidRDefault="00457841" w:rsidP="00A316A1">
            <w:pPr>
              <w:spacing w:before="120" w:after="120" w:line="240" w:lineRule="auto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Phương pháp nghiên cứu truyền thông</w:t>
            </w:r>
          </w:p>
        </w:tc>
        <w:tc>
          <w:tcPr>
            <w:tcW w:w="85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E71496B" w14:textId="77777777" w:rsidR="00457841" w:rsidRPr="00A316A1" w:rsidRDefault="00457841" w:rsidP="00A316A1">
            <w:pPr>
              <w:spacing w:before="120" w:after="12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3</w:t>
            </w:r>
          </w:p>
        </w:tc>
        <w:tc>
          <w:tcPr>
            <w:tcW w:w="3827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B1A3FDA" w14:textId="77777777" w:rsidR="00457841" w:rsidRPr="00A316A1" w:rsidRDefault="00457841" w:rsidP="00A316A1">
            <w:pPr>
              <w:spacing w:before="120" w:after="120" w:line="240" w:lineRule="auto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Truyền thông chính sách</w:t>
            </w:r>
          </w:p>
        </w:tc>
        <w:tc>
          <w:tcPr>
            <w:tcW w:w="8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9104798" w14:textId="77777777" w:rsidR="00457841" w:rsidRPr="00A316A1" w:rsidRDefault="00457841" w:rsidP="00A316A1">
            <w:pPr>
              <w:spacing w:before="120" w:after="12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2</w:t>
            </w:r>
          </w:p>
        </w:tc>
      </w:tr>
      <w:tr w:rsidR="00457841" w:rsidRPr="00A316A1" w14:paraId="4BAC51B8" w14:textId="77777777" w:rsidTr="00457841">
        <w:trPr>
          <w:jc w:val="center"/>
        </w:trPr>
        <w:tc>
          <w:tcPr>
            <w:tcW w:w="3871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0C1DA3FB" w14:textId="77777777" w:rsidR="00457841" w:rsidRPr="00A316A1" w:rsidRDefault="00457841" w:rsidP="00A316A1">
            <w:pPr>
              <w:spacing w:before="120" w:after="120" w:line="240" w:lineRule="auto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Pháp luật và đạo đức truyền thông</w:t>
            </w:r>
          </w:p>
        </w:tc>
        <w:tc>
          <w:tcPr>
            <w:tcW w:w="850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8289658" w14:textId="77777777" w:rsidR="00457841" w:rsidRPr="00A316A1" w:rsidRDefault="00457841" w:rsidP="00A316A1">
            <w:pPr>
              <w:spacing w:before="120" w:after="12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3</w:t>
            </w:r>
          </w:p>
        </w:tc>
        <w:tc>
          <w:tcPr>
            <w:tcW w:w="3827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81C96B7" w14:textId="77777777" w:rsidR="00457841" w:rsidRPr="00A316A1" w:rsidRDefault="00457841" w:rsidP="00A316A1">
            <w:pPr>
              <w:spacing w:before="120" w:after="120" w:line="240" w:lineRule="auto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Quản lý dự án truyền thông</w:t>
            </w:r>
          </w:p>
        </w:tc>
        <w:tc>
          <w:tcPr>
            <w:tcW w:w="892" w:type="dxa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BCEE822" w14:textId="77777777" w:rsidR="00457841" w:rsidRPr="00A316A1" w:rsidRDefault="00457841" w:rsidP="00A316A1">
            <w:pPr>
              <w:spacing w:before="120" w:after="120" w:line="240" w:lineRule="auto"/>
              <w:jc w:val="center"/>
              <w:rPr>
                <w:sz w:val="26"/>
                <w:szCs w:val="24"/>
              </w:rPr>
            </w:pPr>
            <w:r w:rsidRPr="00A316A1">
              <w:rPr>
                <w:sz w:val="26"/>
                <w:szCs w:val="24"/>
              </w:rPr>
              <w:t>3</w:t>
            </w:r>
          </w:p>
        </w:tc>
      </w:tr>
    </w:tbl>
    <w:p w14:paraId="2CC7D2F1" w14:textId="77777777" w:rsidR="00340394" w:rsidRDefault="00340394"/>
    <w:sectPr w:rsidR="00340394" w:rsidSect="00457841">
      <w:footerReference w:type="default" r:id="rId8"/>
      <w:pgSz w:w="11907" w:h="16840" w:code="9"/>
      <w:pgMar w:top="851" w:right="1134" w:bottom="907" w:left="1418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D398" w14:textId="77777777" w:rsidR="0051405C" w:rsidRDefault="0051405C">
      <w:pPr>
        <w:spacing w:after="0" w:line="240" w:lineRule="auto"/>
      </w:pPr>
      <w:r>
        <w:separator/>
      </w:r>
    </w:p>
  </w:endnote>
  <w:endnote w:type="continuationSeparator" w:id="0">
    <w:p w14:paraId="631E130C" w14:textId="77777777" w:rsidR="0051405C" w:rsidRDefault="00514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7660F" w14:textId="77777777" w:rsidR="0083597C" w:rsidRDefault="00000000">
    <w:pPr>
      <w:pStyle w:val="Footer"/>
      <w:pBdr>
        <w:top w:val="single" w:sz="8" w:space="1" w:color="000000"/>
      </w:pBdr>
      <w:tabs>
        <w:tab w:val="right" w:pos="13857"/>
      </w:tabs>
    </w:pPr>
    <w:r>
      <w:rPr>
        <w:i/>
        <w:sz w:val="22"/>
      </w:rPr>
      <w:t>Chương trình đào tạo trình độ thạc sĩ ngành Truyền thông đại chúng</w:t>
    </w:r>
    <w:r>
      <w:tab/>
    </w:r>
    <w:r>
      <w:rPr>
        <w:sz w:val="22"/>
      </w:rPr>
      <w:fldChar w:fldCharType="begin"/>
    </w:r>
    <w:r>
      <w:rPr>
        <w:sz w:val="22"/>
      </w:rPr>
      <w:instrText xml:space="preserve"> PAGE </w:instrText>
    </w:r>
    <w:r>
      <w:rPr>
        <w:sz w:val="22"/>
      </w:rPr>
      <w:fldChar w:fldCharType="separate"/>
    </w:r>
    <w:r>
      <w:rPr>
        <w:sz w:val="22"/>
      </w:rPr>
      <w:t>1</w:t>
    </w:r>
    <w:r>
      <w:rPr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39C47" w14:textId="77777777" w:rsidR="0051405C" w:rsidRDefault="0051405C">
      <w:pPr>
        <w:spacing w:after="0" w:line="240" w:lineRule="auto"/>
      </w:pPr>
      <w:r>
        <w:separator/>
      </w:r>
    </w:p>
  </w:footnote>
  <w:footnote w:type="continuationSeparator" w:id="0">
    <w:p w14:paraId="5C50C158" w14:textId="77777777" w:rsidR="0051405C" w:rsidRDefault="00514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109193">
    <w:abstractNumId w:val="8"/>
  </w:num>
  <w:num w:numId="2" w16cid:durableId="1521507803">
    <w:abstractNumId w:val="6"/>
  </w:num>
  <w:num w:numId="3" w16cid:durableId="445585551">
    <w:abstractNumId w:val="5"/>
  </w:num>
  <w:num w:numId="4" w16cid:durableId="471675485">
    <w:abstractNumId w:val="4"/>
  </w:num>
  <w:num w:numId="5" w16cid:durableId="1666854540">
    <w:abstractNumId w:val="7"/>
  </w:num>
  <w:num w:numId="6" w16cid:durableId="769812048">
    <w:abstractNumId w:val="3"/>
  </w:num>
  <w:num w:numId="7" w16cid:durableId="156769518">
    <w:abstractNumId w:val="2"/>
  </w:num>
  <w:num w:numId="8" w16cid:durableId="1915971894">
    <w:abstractNumId w:val="1"/>
  </w:num>
  <w:num w:numId="9" w16cid:durableId="1027566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2FA0"/>
    <w:rsid w:val="0015074B"/>
    <w:rsid w:val="0029639D"/>
    <w:rsid w:val="00326F90"/>
    <w:rsid w:val="00340394"/>
    <w:rsid w:val="00457841"/>
    <w:rsid w:val="0051405C"/>
    <w:rsid w:val="0083597C"/>
    <w:rsid w:val="00966746"/>
    <w:rsid w:val="00A316A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9556F2"/>
  <w14:defaultImageDpi w14:val="300"/>
  <w15:docId w15:val="{DA25FF7D-100C-4FF1-A16D-EBC06CEF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Dang Van Tung</cp:lastModifiedBy>
  <cp:revision>3</cp:revision>
  <dcterms:created xsi:type="dcterms:W3CDTF">2013-12-23T23:15:00Z</dcterms:created>
  <dcterms:modified xsi:type="dcterms:W3CDTF">2026-08-03T09:29:00Z</dcterms:modified>
  <cp:category/>
</cp:coreProperties>
</file>